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82384" w14:textId="1F4441B9" w:rsidR="000B6339" w:rsidRPr="00C66B2C" w:rsidRDefault="3E80B635">
      <w:pPr>
        <w:pStyle w:val="Ttulo"/>
        <w:jc w:val="center"/>
        <w:rPr>
          <w:b/>
          <w:bCs/>
          <w:sz w:val="28"/>
          <w:szCs w:val="28"/>
        </w:rPr>
      </w:pPr>
      <w:r w:rsidRPr="00C66B2C">
        <w:rPr>
          <w:b/>
          <w:bCs/>
          <w:sz w:val="28"/>
          <w:szCs w:val="28"/>
        </w:rPr>
        <w:t>RECURSOS DIDÁCTICOS 202</w:t>
      </w:r>
      <w:r w:rsidR="4C911ACD" w:rsidRPr="00C66B2C">
        <w:rPr>
          <w:b/>
          <w:bCs/>
          <w:sz w:val="28"/>
          <w:szCs w:val="28"/>
        </w:rPr>
        <w:t>6</w:t>
      </w:r>
      <w:r w:rsidRPr="00C66B2C">
        <w:rPr>
          <w:b/>
          <w:bCs/>
          <w:sz w:val="28"/>
          <w:szCs w:val="28"/>
        </w:rPr>
        <w:t>/202</w:t>
      </w:r>
      <w:r w:rsidR="73AB2C76" w:rsidRPr="00C66B2C">
        <w:rPr>
          <w:b/>
          <w:bCs/>
          <w:sz w:val="28"/>
          <w:szCs w:val="28"/>
        </w:rPr>
        <w:t>7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40"/>
        <w:gridCol w:w="3840"/>
        <w:gridCol w:w="3840"/>
      </w:tblGrid>
      <w:tr w:rsidR="000B6339" w14:paraId="4F64BA48" w14:textId="77777777">
        <w:tc>
          <w:tcPr>
            <w:tcW w:w="11520" w:type="dxa"/>
            <w:gridSpan w:val="3"/>
            <w:shd w:val="clear" w:color="auto" w:fill="4BB3FD"/>
          </w:tcPr>
          <w:p w14:paraId="36A7689A" w14:textId="77777777" w:rsidR="000B6339" w:rsidRDefault="00650C4F">
            <w:pPr>
              <w:jc w:val="center"/>
            </w:pPr>
            <w:r>
              <w:rPr>
                <w:b/>
                <w:sz w:val="22"/>
              </w:rPr>
              <w:t>MÓDULO I</w:t>
            </w:r>
          </w:p>
        </w:tc>
      </w:tr>
      <w:tr w:rsidR="000B6339" w14:paraId="7A0310EF" w14:textId="77777777">
        <w:tblPrEx>
          <w:jc w:val="center"/>
        </w:tblPrEx>
        <w:trPr>
          <w:jc w:val="center"/>
        </w:trPr>
        <w:tc>
          <w:tcPr>
            <w:tcW w:w="3840" w:type="dxa"/>
            <w:shd w:val="clear" w:color="auto" w:fill="D9D9D9"/>
          </w:tcPr>
          <w:p w14:paraId="664B29EE" w14:textId="77777777" w:rsidR="000B6339" w:rsidRDefault="00650C4F">
            <w:r>
              <w:rPr>
                <w:b/>
              </w:rPr>
              <w:t>Materia</w:t>
            </w:r>
          </w:p>
        </w:tc>
        <w:tc>
          <w:tcPr>
            <w:tcW w:w="3840" w:type="dxa"/>
            <w:shd w:val="clear" w:color="auto" w:fill="D9D9D9"/>
          </w:tcPr>
          <w:p w14:paraId="6C947E21" w14:textId="77777777" w:rsidR="000B6339" w:rsidRDefault="00650C4F">
            <w:r>
              <w:rPr>
                <w:b/>
              </w:rPr>
              <w:t>Libro/Apuntes</w:t>
            </w:r>
          </w:p>
        </w:tc>
        <w:tc>
          <w:tcPr>
            <w:tcW w:w="3840" w:type="dxa"/>
            <w:shd w:val="clear" w:color="auto" w:fill="D9D9D9"/>
          </w:tcPr>
          <w:p w14:paraId="17B79CB2" w14:textId="77777777" w:rsidR="000B6339" w:rsidRDefault="00650C4F">
            <w:r>
              <w:rPr>
                <w:b/>
              </w:rPr>
              <w:t>Recursos</w:t>
            </w:r>
          </w:p>
        </w:tc>
      </w:tr>
      <w:tr w:rsidR="000B6339" w14:paraId="71F65F7C" w14:textId="77777777">
        <w:tblPrEx>
          <w:jc w:val="center"/>
        </w:tblPrEx>
        <w:trPr>
          <w:jc w:val="center"/>
        </w:trPr>
        <w:tc>
          <w:tcPr>
            <w:tcW w:w="3840" w:type="dxa"/>
          </w:tcPr>
          <w:p w14:paraId="62AD8A79" w14:textId="77777777" w:rsidR="000B6339" w:rsidRDefault="00650C4F">
            <w:r>
              <w:rPr>
                <w:b/>
              </w:rPr>
              <w:t>CITE</w:t>
            </w:r>
          </w:p>
        </w:tc>
        <w:tc>
          <w:tcPr>
            <w:tcW w:w="3840" w:type="dxa"/>
          </w:tcPr>
          <w:p w14:paraId="36A6224B" w14:textId="77777777" w:rsidR="000B6339" w:rsidRDefault="00650C4F">
            <w:r>
              <w:t>Apuntes</w:t>
            </w:r>
          </w:p>
        </w:tc>
        <w:tc>
          <w:tcPr>
            <w:tcW w:w="3840" w:type="dxa"/>
          </w:tcPr>
          <w:p w14:paraId="1E7E6506" w14:textId="77777777" w:rsidR="000B6339" w:rsidRDefault="00650C4F">
            <w:r>
              <w:t>Aula Virtual</w:t>
            </w:r>
          </w:p>
        </w:tc>
      </w:tr>
      <w:tr w:rsidR="000B6339" w14:paraId="5E1ABA6F" w14:textId="77777777">
        <w:tblPrEx>
          <w:jc w:val="center"/>
        </w:tblPrEx>
        <w:trPr>
          <w:jc w:val="center"/>
        </w:trPr>
        <w:tc>
          <w:tcPr>
            <w:tcW w:w="3840" w:type="dxa"/>
          </w:tcPr>
          <w:p w14:paraId="13B9FCC1" w14:textId="77777777" w:rsidR="000B6339" w:rsidRDefault="00650C4F">
            <w:r>
              <w:rPr>
                <w:b/>
              </w:rPr>
              <w:t>Comunicación</w:t>
            </w:r>
          </w:p>
        </w:tc>
        <w:tc>
          <w:tcPr>
            <w:tcW w:w="3840" w:type="dxa"/>
          </w:tcPr>
          <w:p w14:paraId="61223062" w14:textId="77777777" w:rsidR="000B6339" w:rsidRDefault="00650C4F">
            <w:r>
              <w:t>Libro de texto</w:t>
            </w:r>
          </w:p>
        </w:tc>
        <w:tc>
          <w:tcPr>
            <w:tcW w:w="3840" w:type="dxa"/>
          </w:tcPr>
          <w:p w14:paraId="77A7093F" w14:textId="77777777" w:rsidR="000B6339" w:rsidRDefault="00650C4F">
            <w:r>
              <w:t>Aula Virtual</w:t>
            </w:r>
          </w:p>
        </w:tc>
      </w:tr>
      <w:tr w:rsidR="000B6339" w14:paraId="2D835415" w14:textId="77777777">
        <w:tblPrEx>
          <w:jc w:val="center"/>
        </w:tblPrEx>
        <w:trPr>
          <w:jc w:val="center"/>
        </w:trPr>
        <w:tc>
          <w:tcPr>
            <w:tcW w:w="3840" w:type="dxa"/>
          </w:tcPr>
          <w:p w14:paraId="426F1A9A" w14:textId="77777777" w:rsidR="000B6339" w:rsidRDefault="00650C4F">
            <w:r>
              <w:rPr>
                <w:b/>
              </w:rPr>
              <w:t>Social</w:t>
            </w:r>
          </w:p>
        </w:tc>
        <w:tc>
          <w:tcPr>
            <w:tcW w:w="3840" w:type="dxa"/>
          </w:tcPr>
          <w:p w14:paraId="3B5C5D76" w14:textId="77777777" w:rsidR="000B6339" w:rsidRDefault="00650C4F">
            <w:r>
              <w:t>Libro de texto</w:t>
            </w:r>
          </w:p>
        </w:tc>
        <w:tc>
          <w:tcPr>
            <w:tcW w:w="3840" w:type="dxa"/>
          </w:tcPr>
          <w:p w14:paraId="617A57B3" w14:textId="77777777" w:rsidR="000B6339" w:rsidRDefault="00650C4F">
            <w:r>
              <w:t>Aula Virtual</w:t>
            </w:r>
          </w:p>
        </w:tc>
      </w:tr>
    </w:tbl>
    <w:p w14:paraId="223D6C3E" w14:textId="77777777" w:rsidR="000B6339" w:rsidRDefault="000B6339"/>
    <w:tbl>
      <w:tblPr>
        <w:tblW w:w="0" w:type="auto"/>
        <w:tblLook w:val="04A0" w:firstRow="1" w:lastRow="0" w:firstColumn="1" w:lastColumn="0" w:noHBand="0" w:noVBand="1"/>
      </w:tblPr>
      <w:tblGrid>
        <w:gridCol w:w="3840"/>
        <w:gridCol w:w="3840"/>
        <w:gridCol w:w="3840"/>
      </w:tblGrid>
      <w:tr w:rsidR="000B6339" w14:paraId="077423FE" w14:textId="77777777">
        <w:tc>
          <w:tcPr>
            <w:tcW w:w="11520" w:type="dxa"/>
            <w:gridSpan w:val="3"/>
            <w:shd w:val="clear" w:color="auto" w:fill="2ECC71"/>
          </w:tcPr>
          <w:p w14:paraId="296E4C5C" w14:textId="77777777" w:rsidR="000B6339" w:rsidRDefault="00650C4F">
            <w:pPr>
              <w:jc w:val="center"/>
            </w:pPr>
            <w:r>
              <w:rPr>
                <w:b/>
                <w:sz w:val="22"/>
              </w:rPr>
              <w:t>MÓDULO II</w:t>
            </w:r>
          </w:p>
        </w:tc>
      </w:tr>
      <w:tr w:rsidR="000B6339" w14:paraId="60DDAF15" w14:textId="77777777">
        <w:tblPrEx>
          <w:jc w:val="center"/>
        </w:tblPrEx>
        <w:trPr>
          <w:jc w:val="center"/>
        </w:trPr>
        <w:tc>
          <w:tcPr>
            <w:tcW w:w="3840" w:type="dxa"/>
            <w:shd w:val="clear" w:color="auto" w:fill="D9D9D9"/>
          </w:tcPr>
          <w:p w14:paraId="0D956E17" w14:textId="77777777" w:rsidR="000B6339" w:rsidRDefault="00650C4F">
            <w:r>
              <w:rPr>
                <w:b/>
              </w:rPr>
              <w:t>Materia</w:t>
            </w:r>
          </w:p>
        </w:tc>
        <w:tc>
          <w:tcPr>
            <w:tcW w:w="3840" w:type="dxa"/>
            <w:shd w:val="clear" w:color="auto" w:fill="D9D9D9"/>
          </w:tcPr>
          <w:p w14:paraId="38AD1F47" w14:textId="77777777" w:rsidR="000B6339" w:rsidRDefault="00650C4F">
            <w:r>
              <w:rPr>
                <w:b/>
              </w:rPr>
              <w:t>Libro/Apuntes</w:t>
            </w:r>
          </w:p>
        </w:tc>
        <w:tc>
          <w:tcPr>
            <w:tcW w:w="3840" w:type="dxa"/>
            <w:shd w:val="clear" w:color="auto" w:fill="D9D9D9"/>
          </w:tcPr>
          <w:p w14:paraId="6495C61A" w14:textId="77777777" w:rsidR="000B6339" w:rsidRDefault="00650C4F">
            <w:r>
              <w:rPr>
                <w:b/>
              </w:rPr>
              <w:t>Recursos</w:t>
            </w:r>
          </w:p>
        </w:tc>
      </w:tr>
      <w:tr w:rsidR="000B6339" w14:paraId="2ABB5727" w14:textId="77777777">
        <w:tblPrEx>
          <w:jc w:val="center"/>
        </w:tblPrEx>
        <w:trPr>
          <w:jc w:val="center"/>
        </w:trPr>
        <w:tc>
          <w:tcPr>
            <w:tcW w:w="3840" w:type="dxa"/>
          </w:tcPr>
          <w:p w14:paraId="33929817" w14:textId="77777777" w:rsidR="000B6339" w:rsidRDefault="00650C4F">
            <w:r>
              <w:rPr>
                <w:b/>
              </w:rPr>
              <w:t>CITE</w:t>
            </w:r>
          </w:p>
        </w:tc>
        <w:tc>
          <w:tcPr>
            <w:tcW w:w="3840" w:type="dxa"/>
          </w:tcPr>
          <w:p w14:paraId="19E16D92" w14:textId="77777777" w:rsidR="000B6339" w:rsidRDefault="00650C4F">
            <w:r>
              <w:t>Apuntes</w:t>
            </w:r>
          </w:p>
        </w:tc>
        <w:tc>
          <w:tcPr>
            <w:tcW w:w="3840" w:type="dxa"/>
          </w:tcPr>
          <w:p w14:paraId="78352AE4" w14:textId="77777777" w:rsidR="000B6339" w:rsidRDefault="00650C4F">
            <w:r>
              <w:t>Aula Virtual</w:t>
            </w:r>
          </w:p>
        </w:tc>
      </w:tr>
      <w:tr w:rsidR="000B6339" w14:paraId="4512F280" w14:textId="77777777">
        <w:tblPrEx>
          <w:jc w:val="center"/>
        </w:tblPrEx>
        <w:trPr>
          <w:jc w:val="center"/>
        </w:trPr>
        <w:tc>
          <w:tcPr>
            <w:tcW w:w="3840" w:type="dxa"/>
          </w:tcPr>
          <w:p w14:paraId="700B436A" w14:textId="77777777" w:rsidR="000B6339" w:rsidRDefault="00650C4F">
            <w:r>
              <w:rPr>
                <w:b/>
              </w:rPr>
              <w:t>Comunicación</w:t>
            </w:r>
          </w:p>
        </w:tc>
        <w:tc>
          <w:tcPr>
            <w:tcW w:w="3840" w:type="dxa"/>
          </w:tcPr>
          <w:p w14:paraId="7B2627F3" w14:textId="77777777" w:rsidR="000B6339" w:rsidRDefault="00650C4F">
            <w:r>
              <w:t>Libro de texto</w:t>
            </w:r>
          </w:p>
        </w:tc>
        <w:tc>
          <w:tcPr>
            <w:tcW w:w="3840" w:type="dxa"/>
          </w:tcPr>
          <w:p w14:paraId="01D78B98" w14:textId="77777777" w:rsidR="000B6339" w:rsidRDefault="00650C4F">
            <w:r>
              <w:t>Aula Virtual</w:t>
            </w:r>
          </w:p>
        </w:tc>
      </w:tr>
      <w:tr w:rsidR="000B6339" w14:paraId="28A91708" w14:textId="77777777">
        <w:tblPrEx>
          <w:jc w:val="center"/>
        </w:tblPrEx>
        <w:trPr>
          <w:jc w:val="center"/>
        </w:trPr>
        <w:tc>
          <w:tcPr>
            <w:tcW w:w="3840" w:type="dxa"/>
          </w:tcPr>
          <w:p w14:paraId="02EDFFC2" w14:textId="77777777" w:rsidR="000B6339" w:rsidRDefault="00650C4F">
            <w:r>
              <w:rPr>
                <w:b/>
              </w:rPr>
              <w:t>Social</w:t>
            </w:r>
          </w:p>
        </w:tc>
        <w:tc>
          <w:tcPr>
            <w:tcW w:w="3840" w:type="dxa"/>
          </w:tcPr>
          <w:p w14:paraId="7F796521" w14:textId="77777777" w:rsidR="000B6339" w:rsidRDefault="00650C4F">
            <w:r>
              <w:t>Libro de texto</w:t>
            </w:r>
          </w:p>
        </w:tc>
        <w:tc>
          <w:tcPr>
            <w:tcW w:w="3840" w:type="dxa"/>
          </w:tcPr>
          <w:p w14:paraId="6F2990E8" w14:textId="77777777" w:rsidR="000B6339" w:rsidRDefault="00650C4F">
            <w:r>
              <w:t>Aula Virtual</w:t>
            </w:r>
          </w:p>
        </w:tc>
      </w:tr>
    </w:tbl>
    <w:p w14:paraId="79E56665" w14:textId="77777777" w:rsidR="000B6339" w:rsidRDefault="000B6339"/>
    <w:tbl>
      <w:tblPr>
        <w:tblW w:w="0" w:type="auto"/>
        <w:tblLook w:val="04A0" w:firstRow="1" w:lastRow="0" w:firstColumn="1" w:lastColumn="0" w:noHBand="0" w:noVBand="1"/>
      </w:tblPr>
      <w:tblGrid>
        <w:gridCol w:w="3840"/>
        <w:gridCol w:w="3840"/>
        <w:gridCol w:w="3840"/>
      </w:tblGrid>
      <w:tr w:rsidR="000B6339" w14:paraId="4A1892CE" w14:textId="77777777">
        <w:tc>
          <w:tcPr>
            <w:tcW w:w="11520" w:type="dxa"/>
            <w:gridSpan w:val="3"/>
            <w:shd w:val="clear" w:color="auto" w:fill="F28C28"/>
          </w:tcPr>
          <w:p w14:paraId="70961E62" w14:textId="77777777" w:rsidR="000B6339" w:rsidRDefault="00650C4F">
            <w:pPr>
              <w:jc w:val="center"/>
            </w:pPr>
            <w:r>
              <w:rPr>
                <w:b/>
                <w:sz w:val="22"/>
              </w:rPr>
              <w:t>MÓDULO III</w:t>
            </w:r>
          </w:p>
        </w:tc>
      </w:tr>
      <w:tr w:rsidR="000B6339" w14:paraId="6D972751" w14:textId="77777777">
        <w:tblPrEx>
          <w:jc w:val="center"/>
        </w:tblPrEx>
        <w:trPr>
          <w:jc w:val="center"/>
        </w:trPr>
        <w:tc>
          <w:tcPr>
            <w:tcW w:w="3840" w:type="dxa"/>
            <w:shd w:val="clear" w:color="auto" w:fill="D9D9D9"/>
          </w:tcPr>
          <w:p w14:paraId="2BC4D6C2" w14:textId="77777777" w:rsidR="000B6339" w:rsidRDefault="00650C4F">
            <w:r>
              <w:rPr>
                <w:b/>
              </w:rPr>
              <w:t>Materia</w:t>
            </w:r>
          </w:p>
        </w:tc>
        <w:tc>
          <w:tcPr>
            <w:tcW w:w="3840" w:type="dxa"/>
            <w:shd w:val="clear" w:color="auto" w:fill="D9D9D9"/>
          </w:tcPr>
          <w:p w14:paraId="396F95DC" w14:textId="77777777" w:rsidR="000B6339" w:rsidRDefault="00650C4F">
            <w:r>
              <w:rPr>
                <w:b/>
              </w:rPr>
              <w:t>Libro/Apuntes</w:t>
            </w:r>
          </w:p>
        </w:tc>
        <w:tc>
          <w:tcPr>
            <w:tcW w:w="3840" w:type="dxa"/>
            <w:shd w:val="clear" w:color="auto" w:fill="D9D9D9"/>
          </w:tcPr>
          <w:p w14:paraId="08D4FA68" w14:textId="77777777" w:rsidR="000B6339" w:rsidRDefault="00650C4F">
            <w:r>
              <w:rPr>
                <w:b/>
              </w:rPr>
              <w:t>Recursos</w:t>
            </w:r>
          </w:p>
        </w:tc>
      </w:tr>
      <w:tr w:rsidR="000B6339" w14:paraId="3756FA08" w14:textId="77777777">
        <w:tblPrEx>
          <w:jc w:val="center"/>
        </w:tblPrEx>
        <w:trPr>
          <w:jc w:val="center"/>
        </w:trPr>
        <w:tc>
          <w:tcPr>
            <w:tcW w:w="3840" w:type="dxa"/>
          </w:tcPr>
          <w:p w14:paraId="5ACC4FD3" w14:textId="77777777" w:rsidR="000B6339" w:rsidRDefault="00650C4F">
            <w:r>
              <w:rPr>
                <w:b/>
              </w:rPr>
              <w:t>CITE</w:t>
            </w:r>
          </w:p>
        </w:tc>
        <w:tc>
          <w:tcPr>
            <w:tcW w:w="3840" w:type="dxa"/>
          </w:tcPr>
          <w:p w14:paraId="6B1F462A" w14:textId="77777777" w:rsidR="000B6339" w:rsidRDefault="000B6339"/>
        </w:tc>
        <w:tc>
          <w:tcPr>
            <w:tcW w:w="3840" w:type="dxa"/>
          </w:tcPr>
          <w:p w14:paraId="29D3A468" w14:textId="77777777" w:rsidR="000B6339" w:rsidRDefault="000B6339"/>
        </w:tc>
      </w:tr>
      <w:tr w:rsidR="000B6339" w14:paraId="2BC78D47" w14:textId="77777777">
        <w:tblPrEx>
          <w:jc w:val="center"/>
        </w:tblPrEx>
        <w:trPr>
          <w:jc w:val="center"/>
        </w:trPr>
        <w:tc>
          <w:tcPr>
            <w:tcW w:w="3840" w:type="dxa"/>
          </w:tcPr>
          <w:p w14:paraId="1EC2CCFD" w14:textId="77777777" w:rsidR="000B6339" w:rsidRDefault="00650C4F">
            <w:r>
              <w:rPr>
                <w:b/>
              </w:rPr>
              <w:t>Comunicación</w:t>
            </w:r>
          </w:p>
        </w:tc>
        <w:tc>
          <w:tcPr>
            <w:tcW w:w="3840" w:type="dxa"/>
          </w:tcPr>
          <w:p w14:paraId="323ED5B6" w14:textId="77777777" w:rsidR="000B6339" w:rsidRDefault="00650C4F">
            <w:r>
              <w:t>Apuntes</w:t>
            </w:r>
          </w:p>
        </w:tc>
        <w:tc>
          <w:tcPr>
            <w:tcW w:w="3840" w:type="dxa"/>
          </w:tcPr>
          <w:p w14:paraId="2F996BC1" w14:textId="77777777" w:rsidR="000B6339" w:rsidRDefault="00650C4F">
            <w:r>
              <w:t>Aula Virtual</w:t>
            </w:r>
          </w:p>
        </w:tc>
      </w:tr>
      <w:tr w:rsidR="000B6339" w14:paraId="7BA64D4C" w14:textId="77777777">
        <w:tblPrEx>
          <w:jc w:val="center"/>
        </w:tblPrEx>
        <w:trPr>
          <w:jc w:val="center"/>
        </w:trPr>
        <w:tc>
          <w:tcPr>
            <w:tcW w:w="3840" w:type="dxa"/>
          </w:tcPr>
          <w:p w14:paraId="21839F2E" w14:textId="77777777" w:rsidR="000B6339" w:rsidRDefault="00650C4F">
            <w:r>
              <w:rPr>
                <w:b/>
              </w:rPr>
              <w:t>Social</w:t>
            </w:r>
          </w:p>
        </w:tc>
        <w:tc>
          <w:tcPr>
            <w:tcW w:w="3840" w:type="dxa"/>
          </w:tcPr>
          <w:p w14:paraId="517E7F00" w14:textId="77777777" w:rsidR="000B6339" w:rsidRDefault="00650C4F">
            <w:r>
              <w:t>Apuntes</w:t>
            </w:r>
          </w:p>
        </w:tc>
        <w:tc>
          <w:tcPr>
            <w:tcW w:w="3840" w:type="dxa"/>
          </w:tcPr>
          <w:p w14:paraId="7CDB144A" w14:textId="77777777" w:rsidR="000B6339" w:rsidRDefault="00650C4F">
            <w:r>
              <w:t>Aula Virtual</w:t>
            </w:r>
          </w:p>
        </w:tc>
      </w:tr>
      <w:tr w:rsidR="000B6339" w14:paraId="2D8273DC" w14:textId="77777777">
        <w:tblPrEx>
          <w:jc w:val="center"/>
        </w:tblPrEx>
        <w:trPr>
          <w:jc w:val="center"/>
        </w:trPr>
        <w:tc>
          <w:tcPr>
            <w:tcW w:w="3840" w:type="dxa"/>
          </w:tcPr>
          <w:p w14:paraId="35F04489" w14:textId="77777777" w:rsidR="000B6339" w:rsidRDefault="00650C4F">
            <w:r>
              <w:rPr>
                <w:b/>
              </w:rPr>
              <w:t>TEC. I</w:t>
            </w:r>
          </w:p>
        </w:tc>
        <w:tc>
          <w:tcPr>
            <w:tcW w:w="3840" w:type="dxa"/>
          </w:tcPr>
          <w:p w14:paraId="5D821336" w14:textId="77777777" w:rsidR="000B6339" w:rsidRDefault="00650C4F">
            <w:r>
              <w:t>Apuntes</w:t>
            </w:r>
          </w:p>
        </w:tc>
        <w:tc>
          <w:tcPr>
            <w:tcW w:w="3840" w:type="dxa"/>
          </w:tcPr>
          <w:p w14:paraId="6227D77B" w14:textId="77777777" w:rsidR="000B6339" w:rsidRDefault="00650C4F">
            <w:r>
              <w:t>Aula Virtual</w:t>
            </w:r>
          </w:p>
        </w:tc>
      </w:tr>
      <w:tr w:rsidR="000B6339" w14:paraId="2689EB0A" w14:textId="77777777">
        <w:tblPrEx>
          <w:jc w:val="center"/>
        </w:tblPrEx>
        <w:trPr>
          <w:jc w:val="center"/>
        </w:trPr>
        <w:tc>
          <w:tcPr>
            <w:tcW w:w="3840" w:type="dxa"/>
          </w:tcPr>
          <w:p w14:paraId="00A3812A" w14:textId="77777777" w:rsidR="000B6339" w:rsidRDefault="00650C4F">
            <w:r>
              <w:rPr>
                <w:b/>
              </w:rPr>
              <w:t>ART. I</w:t>
            </w:r>
          </w:p>
        </w:tc>
        <w:tc>
          <w:tcPr>
            <w:tcW w:w="3840" w:type="dxa"/>
          </w:tcPr>
          <w:p w14:paraId="1B9ECB40" w14:textId="77777777" w:rsidR="000B6339" w:rsidRDefault="00650C4F">
            <w:r>
              <w:t>Apuntes</w:t>
            </w:r>
          </w:p>
        </w:tc>
        <w:tc>
          <w:tcPr>
            <w:tcW w:w="3840" w:type="dxa"/>
          </w:tcPr>
          <w:p w14:paraId="35E8296C" w14:textId="77777777" w:rsidR="000B6339" w:rsidRDefault="00650C4F">
            <w:r>
              <w:t>Aula Virtual</w:t>
            </w:r>
          </w:p>
        </w:tc>
      </w:tr>
    </w:tbl>
    <w:p w14:paraId="140AB5DA" w14:textId="77777777" w:rsidR="000B6339" w:rsidRDefault="000B6339"/>
    <w:tbl>
      <w:tblPr>
        <w:tblW w:w="0" w:type="auto"/>
        <w:tblLook w:val="04A0" w:firstRow="1" w:lastRow="0" w:firstColumn="1" w:lastColumn="0" w:noHBand="0" w:noVBand="1"/>
      </w:tblPr>
      <w:tblGrid>
        <w:gridCol w:w="3840"/>
        <w:gridCol w:w="3840"/>
        <w:gridCol w:w="3840"/>
      </w:tblGrid>
      <w:tr w:rsidR="000B6339" w14:paraId="68173EB4" w14:textId="77777777">
        <w:tc>
          <w:tcPr>
            <w:tcW w:w="11520" w:type="dxa"/>
            <w:gridSpan w:val="3"/>
            <w:shd w:val="clear" w:color="auto" w:fill="FAD02E"/>
          </w:tcPr>
          <w:p w14:paraId="79EF3027" w14:textId="77777777" w:rsidR="000B6339" w:rsidRDefault="00650C4F">
            <w:pPr>
              <w:jc w:val="center"/>
            </w:pPr>
            <w:r>
              <w:rPr>
                <w:b/>
                <w:sz w:val="22"/>
              </w:rPr>
              <w:t>MÓDULO IV</w:t>
            </w:r>
          </w:p>
        </w:tc>
      </w:tr>
      <w:tr w:rsidR="000B6339" w14:paraId="4C60B710" w14:textId="77777777">
        <w:tblPrEx>
          <w:jc w:val="center"/>
        </w:tblPrEx>
        <w:trPr>
          <w:jc w:val="center"/>
        </w:trPr>
        <w:tc>
          <w:tcPr>
            <w:tcW w:w="3840" w:type="dxa"/>
            <w:shd w:val="clear" w:color="auto" w:fill="D9D9D9"/>
          </w:tcPr>
          <w:p w14:paraId="5ECD6704" w14:textId="77777777" w:rsidR="000B6339" w:rsidRDefault="00650C4F">
            <w:r>
              <w:rPr>
                <w:b/>
              </w:rPr>
              <w:t>Materia</w:t>
            </w:r>
          </w:p>
        </w:tc>
        <w:tc>
          <w:tcPr>
            <w:tcW w:w="3840" w:type="dxa"/>
            <w:shd w:val="clear" w:color="auto" w:fill="D9D9D9"/>
          </w:tcPr>
          <w:p w14:paraId="08F5E650" w14:textId="77777777" w:rsidR="000B6339" w:rsidRDefault="00650C4F">
            <w:r>
              <w:rPr>
                <w:b/>
              </w:rPr>
              <w:t>Libro/Apuntes</w:t>
            </w:r>
          </w:p>
        </w:tc>
        <w:tc>
          <w:tcPr>
            <w:tcW w:w="3840" w:type="dxa"/>
            <w:shd w:val="clear" w:color="auto" w:fill="D9D9D9"/>
          </w:tcPr>
          <w:p w14:paraId="5C914714" w14:textId="77777777" w:rsidR="000B6339" w:rsidRDefault="00650C4F">
            <w:r>
              <w:rPr>
                <w:b/>
              </w:rPr>
              <w:t>Recursos</w:t>
            </w:r>
          </w:p>
        </w:tc>
      </w:tr>
      <w:tr w:rsidR="000B6339" w14:paraId="0315FE1A" w14:textId="77777777">
        <w:tblPrEx>
          <w:jc w:val="center"/>
        </w:tblPrEx>
        <w:trPr>
          <w:jc w:val="center"/>
        </w:trPr>
        <w:tc>
          <w:tcPr>
            <w:tcW w:w="3840" w:type="dxa"/>
          </w:tcPr>
          <w:p w14:paraId="355BB0C3" w14:textId="77777777" w:rsidR="000B6339" w:rsidRDefault="00650C4F">
            <w:r>
              <w:rPr>
                <w:b/>
              </w:rPr>
              <w:t>CITE</w:t>
            </w:r>
          </w:p>
        </w:tc>
        <w:tc>
          <w:tcPr>
            <w:tcW w:w="3840" w:type="dxa"/>
          </w:tcPr>
          <w:p w14:paraId="1998FB6A" w14:textId="77777777" w:rsidR="000B6339" w:rsidRDefault="000B6339"/>
        </w:tc>
        <w:tc>
          <w:tcPr>
            <w:tcW w:w="3840" w:type="dxa"/>
          </w:tcPr>
          <w:p w14:paraId="1CF1CB6E" w14:textId="77777777" w:rsidR="000B6339" w:rsidRDefault="000B6339"/>
        </w:tc>
      </w:tr>
      <w:tr w:rsidR="000B6339" w14:paraId="6AF0346C" w14:textId="77777777">
        <w:tblPrEx>
          <w:jc w:val="center"/>
        </w:tblPrEx>
        <w:trPr>
          <w:jc w:val="center"/>
        </w:trPr>
        <w:tc>
          <w:tcPr>
            <w:tcW w:w="3840" w:type="dxa"/>
          </w:tcPr>
          <w:p w14:paraId="7DC1D554" w14:textId="77777777" w:rsidR="000B6339" w:rsidRDefault="00650C4F">
            <w:r>
              <w:rPr>
                <w:b/>
              </w:rPr>
              <w:t>Comunicación</w:t>
            </w:r>
          </w:p>
        </w:tc>
        <w:tc>
          <w:tcPr>
            <w:tcW w:w="3840" w:type="dxa"/>
          </w:tcPr>
          <w:p w14:paraId="1021E5F7" w14:textId="77777777" w:rsidR="000B6339" w:rsidRDefault="00650C4F">
            <w:r>
              <w:t>Apuntes</w:t>
            </w:r>
          </w:p>
        </w:tc>
        <w:tc>
          <w:tcPr>
            <w:tcW w:w="3840" w:type="dxa"/>
          </w:tcPr>
          <w:p w14:paraId="7F7FF53D" w14:textId="77777777" w:rsidR="000B6339" w:rsidRDefault="00650C4F">
            <w:r>
              <w:t>Aula Virtual</w:t>
            </w:r>
          </w:p>
        </w:tc>
      </w:tr>
      <w:tr w:rsidR="000B6339" w14:paraId="421ABDAF" w14:textId="77777777">
        <w:tblPrEx>
          <w:jc w:val="center"/>
        </w:tblPrEx>
        <w:trPr>
          <w:jc w:val="center"/>
        </w:trPr>
        <w:tc>
          <w:tcPr>
            <w:tcW w:w="3840" w:type="dxa"/>
          </w:tcPr>
          <w:p w14:paraId="1C17F877" w14:textId="77777777" w:rsidR="000B6339" w:rsidRDefault="00650C4F">
            <w:r>
              <w:rPr>
                <w:b/>
              </w:rPr>
              <w:t>Social</w:t>
            </w:r>
          </w:p>
        </w:tc>
        <w:tc>
          <w:tcPr>
            <w:tcW w:w="3840" w:type="dxa"/>
          </w:tcPr>
          <w:p w14:paraId="5EA3AFFD" w14:textId="77777777" w:rsidR="000B6339" w:rsidRDefault="00650C4F">
            <w:r>
              <w:t>Apuntes</w:t>
            </w:r>
          </w:p>
        </w:tc>
        <w:tc>
          <w:tcPr>
            <w:tcW w:w="3840" w:type="dxa"/>
          </w:tcPr>
          <w:p w14:paraId="48A3770B" w14:textId="77777777" w:rsidR="000B6339" w:rsidRDefault="00650C4F">
            <w:r>
              <w:t>Aula Virtual</w:t>
            </w:r>
          </w:p>
        </w:tc>
      </w:tr>
      <w:tr w:rsidR="000B6339" w14:paraId="2AF2E995" w14:textId="77777777">
        <w:tblPrEx>
          <w:jc w:val="center"/>
        </w:tblPrEx>
        <w:trPr>
          <w:jc w:val="center"/>
        </w:trPr>
        <w:tc>
          <w:tcPr>
            <w:tcW w:w="3840" w:type="dxa"/>
          </w:tcPr>
          <w:p w14:paraId="16EBB081" w14:textId="77777777" w:rsidR="000B6339" w:rsidRDefault="00650C4F">
            <w:r>
              <w:rPr>
                <w:b/>
              </w:rPr>
              <w:t>TEC. II</w:t>
            </w:r>
          </w:p>
        </w:tc>
        <w:tc>
          <w:tcPr>
            <w:tcW w:w="3840" w:type="dxa"/>
          </w:tcPr>
          <w:p w14:paraId="6ADEF4BD" w14:textId="77777777" w:rsidR="000B6339" w:rsidRDefault="00650C4F">
            <w:r>
              <w:t>Apuntes</w:t>
            </w:r>
          </w:p>
        </w:tc>
        <w:tc>
          <w:tcPr>
            <w:tcW w:w="3840" w:type="dxa"/>
          </w:tcPr>
          <w:p w14:paraId="065FF97D" w14:textId="77777777" w:rsidR="000B6339" w:rsidRDefault="00650C4F">
            <w:r>
              <w:t>Aula Virtual</w:t>
            </w:r>
          </w:p>
        </w:tc>
      </w:tr>
      <w:tr w:rsidR="000B6339" w14:paraId="17F0A012" w14:textId="77777777">
        <w:tblPrEx>
          <w:jc w:val="center"/>
        </w:tblPrEx>
        <w:trPr>
          <w:jc w:val="center"/>
        </w:trPr>
        <w:tc>
          <w:tcPr>
            <w:tcW w:w="3840" w:type="dxa"/>
          </w:tcPr>
          <w:p w14:paraId="43F7C34F" w14:textId="32ACA6F9" w:rsidR="000B6339" w:rsidRDefault="00650C4F">
            <w:r>
              <w:rPr>
                <w:b/>
              </w:rPr>
              <w:t>ART. I</w:t>
            </w:r>
            <w:r w:rsidR="00D262D7">
              <w:rPr>
                <w:b/>
              </w:rPr>
              <w:t>I</w:t>
            </w:r>
          </w:p>
        </w:tc>
        <w:tc>
          <w:tcPr>
            <w:tcW w:w="3840" w:type="dxa"/>
          </w:tcPr>
          <w:p w14:paraId="130C80CC" w14:textId="77777777" w:rsidR="000B6339" w:rsidRDefault="00650C4F">
            <w:r>
              <w:t>Apuntes</w:t>
            </w:r>
          </w:p>
        </w:tc>
        <w:tc>
          <w:tcPr>
            <w:tcW w:w="3840" w:type="dxa"/>
          </w:tcPr>
          <w:p w14:paraId="61B5D671" w14:textId="77777777" w:rsidR="000B6339" w:rsidRDefault="00650C4F">
            <w:r>
              <w:t>Aula Virtual</w:t>
            </w:r>
          </w:p>
        </w:tc>
      </w:tr>
    </w:tbl>
    <w:p w14:paraId="05397F0D" w14:textId="77777777" w:rsidR="000B6339" w:rsidRDefault="000B6339"/>
    <w:tbl>
      <w:tblPr>
        <w:tblW w:w="0" w:type="auto"/>
        <w:tblLook w:val="04A0" w:firstRow="1" w:lastRow="0" w:firstColumn="1" w:lastColumn="0" w:noHBand="0" w:noVBand="1"/>
      </w:tblPr>
      <w:tblGrid>
        <w:gridCol w:w="11520"/>
      </w:tblGrid>
      <w:tr w:rsidR="000B6339" w14:paraId="6957422E" w14:textId="77777777">
        <w:tc>
          <w:tcPr>
            <w:tcW w:w="11520" w:type="dxa"/>
            <w:shd w:val="clear" w:color="auto" w:fill="FFF2CC"/>
          </w:tcPr>
          <w:p w14:paraId="09CBC528" w14:textId="40E3A3D7" w:rsidR="000B6339" w:rsidRDefault="00650C4F">
            <w:pPr>
              <w:jc w:val="center"/>
            </w:pPr>
            <w:r>
              <w:rPr>
                <w:b/>
              </w:rPr>
              <w:t>TAL Y COMO ESTABLECE LA NORMATIVA DE ADULTOS, EN LA PRIMERA TUTORÍA COLECTIVA EL PROFESOR EXPLICARÁ LA DINÁMICA DEL CURSO Y CÓMO OBTENER LOS APUNTES O EL LIBRO DE TEXTO. LA INFORMACIÓN QUEDARÁ DISPONIBLE POSTERIORMENTE EN EL AULA VIRTUAL</w:t>
            </w:r>
            <w:r w:rsidR="00C66B2C">
              <w:rPr>
                <w:b/>
              </w:rPr>
              <w:t>.</w:t>
            </w:r>
          </w:p>
        </w:tc>
      </w:tr>
    </w:tbl>
    <w:p w14:paraId="5392D6D2" w14:textId="77777777" w:rsidR="00650C4F" w:rsidRDefault="00650C4F"/>
    <w:sectPr w:rsidR="00650C4F" w:rsidSect="00034616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339"/>
    <w:rsid w:val="0015074B"/>
    <w:rsid w:val="0029639D"/>
    <w:rsid w:val="00326F90"/>
    <w:rsid w:val="00650C4F"/>
    <w:rsid w:val="009D518C"/>
    <w:rsid w:val="00AA1D8D"/>
    <w:rsid w:val="00B47730"/>
    <w:rsid w:val="00C66B2C"/>
    <w:rsid w:val="00CB0664"/>
    <w:rsid w:val="00D262D7"/>
    <w:rsid w:val="00E43429"/>
    <w:rsid w:val="00FC693F"/>
    <w:rsid w:val="3E80B635"/>
    <w:rsid w:val="403FAC0A"/>
    <w:rsid w:val="4C911ACD"/>
    <w:rsid w:val="73AB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5195E2"/>
  <w14:defaultImageDpi w14:val="300"/>
  <w15:docId w15:val="{354DDEEF-78E4-4CB7-A632-C166B1FED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778</Characters>
  <Application>Microsoft Office Word</Application>
  <DocSecurity>0</DocSecurity>
  <Lines>6</Lines>
  <Paragraphs>1</Paragraphs>
  <ScaleCrop>false</ScaleCrop>
  <Manager/>
  <Company/>
  <LinksUpToDate>false</LinksUpToDate>
  <CharactersWithSpaces>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MARIANO MARTIN INGELMO</cp:lastModifiedBy>
  <cp:revision>5</cp:revision>
  <dcterms:created xsi:type="dcterms:W3CDTF">2026-02-12T22:59:00Z</dcterms:created>
  <dcterms:modified xsi:type="dcterms:W3CDTF">2026-09-22T08:18:00Z</dcterms:modified>
  <cp:category/>
</cp:coreProperties>
</file>