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2384" w14:textId="6F6CD3AD" w:rsidR="000B6339" w:rsidRPr="00637904" w:rsidRDefault="00182E0E">
      <w:pPr>
        <w:pStyle w:val="Ttulo"/>
        <w:jc w:val="center"/>
        <w:rPr>
          <w:b/>
          <w:bCs/>
        </w:rPr>
      </w:pPr>
      <w:r w:rsidRPr="00637904">
        <w:rPr>
          <w:b/>
          <w:bCs/>
          <w:sz w:val="26"/>
        </w:rPr>
        <w:t xml:space="preserve">ESPAD </w:t>
      </w:r>
      <w:r w:rsidR="00650C4F" w:rsidRPr="00637904">
        <w:rPr>
          <w:b/>
          <w:bCs/>
          <w:sz w:val="26"/>
        </w:rPr>
        <w:t>RECURSOS DIDÁCTICOS 2025/2026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40"/>
        <w:gridCol w:w="3840"/>
        <w:gridCol w:w="3840"/>
      </w:tblGrid>
      <w:tr w:rsidR="000B6339" w14:paraId="4F64BA48" w14:textId="77777777">
        <w:tc>
          <w:tcPr>
            <w:tcW w:w="11520" w:type="dxa"/>
            <w:gridSpan w:val="3"/>
            <w:shd w:val="clear" w:color="auto" w:fill="4BB3FD"/>
          </w:tcPr>
          <w:p w14:paraId="36A7689A" w14:textId="77777777" w:rsidR="000B6339" w:rsidRDefault="00650C4F">
            <w:pPr>
              <w:jc w:val="center"/>
            </w:pPr>
            <w:r>
              <w:rPr>
                <w:b/>
                <w:sz w:val="22"/>
              </w:rPr>
              <w:t>MÓDULO I</w:t>
            </w:r>
          </w:p>
        </w:tc>
      </w:tr>
      <w:tr w:rsidR="000B6339" w14:paraId="7A0310EF" w14:textId="77777777">
        <w:tblPrEx>
          <w:jc w:val="center"/>
        </w:tblPrEx>
        <w:trPr>
          <w:jc w:val="center"/>
        </w:trPr>
        <w:tc>
          <w:tcPr>
            <w:tcW w:w="3840" w:type="dxa"/>
            <w:shd w:val="clear" w:color="auto" w:fill="D9D9D9"/>
          </w:tcPr>
          <w:p w14:paraId="664B29EE" w14:textId="77777777" w:rsidR="000B6339" w:rsidRDefault="00650C4F">
            <w:r>
              <w:rPr>
                <w:b/>
              </w:rPr>
              <w:t>Materia</w:t>
            </w:r>
          </w:p>
        </w:tc>
        <w:tc>
          <w:tcPr>
            <w:tcW w:w="3840" w:type="dxa"/>
            <w:shd w:val="clear" w:color="auto" w:fill="D9D9D9"/>
          </w:tcPr>
          <w:p w14:paraId="6C947E21" w14:textId="77777777" w:rsidR="000B6339" w:rsidRDefault="00650C4F">
            <w:r>
              <w:rPr>
                <w:b/>
              </w:rPr>
              <w:t>Libro/Apuntes</w:t>
            </w:r>
          </w:p>
        </w:tc>
        <w:tc>
          <w:tcPr>
            <w:tcW w:w="3840" w:type="dxa"/>
            <w:shd w:val="clear" w:color="auto" w:fill="D9D9D9"/>
          </w:tcPr>
          <w:p w14:paraId="17B79CB2" w14:textId="77777777" w:rsidR="000B6339" w:rsidRDefault="00650C4F">
            <w:r>
              <w:rPr>
                <w:b/>
              </w:rPr>
              <w:t>Recursos</w:t>
            </w:r>
          </w:p>
        </w:tc>
      </w:tr>
      <w:tr w:rsidR="000B6339" w14:paraId="71F65F7C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62AD8A79" w14:textId="77777777" w:rsidR="000B6339" w:rsidRDefault="00650C4F">
            <w:r>
              <w:rPr>
                <w:b/>
              </w:rPr>
              <w:t>CITE</w:t>
            </w:r>
          </w:p>
        </w:tc>
        <w:tc>
          <w:tcPr>
            <w:tcW w:w="3840" w:type="dxa"/>
          </w:tcPr>
          <w:p w14:paraId="36A6224B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1E7E6506" w14:textId="77777777" w:rsidR="000B6339" w:rsidRDefault="00650C4F">
            <w:r>
              <w:t>Aula Virtual</w:t>
            </w:r>
          </w:p>
        </w:tc>
      </w:tr>
      <w:tr w:rsidR="000B6339" w14:paraId="5E1ABA6F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13B9FCC1" w14:textId="77777777" w:rsidR="000B6339" w:rsidRDefault="00650C4F">
            <w:r>
              <w:rPr>
                <w:b/>
              </w:rPr>
              <w:t>Comunicación</w:t>
            </w:r>
          </w:p>
        </w:tc>
        <w:tc>
          <w:tcPr>
            <w:tcW w:w="3840" w:type="dxa"/>
          </w:tcPr>
          <w:p w14:paraId="61223062" w14:textId="77777777" w:rsidR="000B6339" w:rsidRDefault="00650C4F">
            <w:r>
              <w:t>Libro de texto</w:t>
            </w:r>
          </w:p>
        </w:tc>
        <w:tc>
          <w:tcPr>
            <w:tcW w:w="3840" w:type="dxa"/>
          </w:tcPr>
          <w:p w14:paraId="77A7093F" w14:textId="77777777" w:rsidR="000B6339" w:rsidRDefault="00650C4F">
            <w:r>
              <w:t>Aula Virtual</w:t>
            </w:r>
          </w:p>
        </w:tc>
      </w:tr>
      <w:tr w:rsidR="000B6339" w14:paraId="2D835415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426F1A9A" w14:textId="77777777" w:rsidR="000B6339" w:rsidRDefault="00650C4F">
            <w:r>
              <w:rPr>
                <w:b/>
              </w:rPr>
              <w:t>Social</w:t>
            </w:r>
          </w:p>
        </w:tc>
        <w:tc>
          <w:tcPr>
            <w:tcW w:w="3840" w:type="dxa"/>
          </w:tcPr>
          <w:p w14:paraId="3B5C5D76" w14:textId="77777777" w:rsidR="000B6339" w:rsidRDefault="00650C4F">
            <w:r>
              <w:t>Libro de texto</w:t>
            </w:r>
          </w:p>
        </w:tc>
        <w:tc>
          <w:tcPr>
            <w:tcW w:w="3840" w:type="dxa"/>
          </w:tcPr>
          <w:p w14:paraId="617A57B3" w14:textId="77777777" w:rsidR="000B6339" w:rsidRDefault="00650C4F">
            <w:r>
              <w:t>Aula Virtual</w:t>
            </w:r>
          </w:p>
        </w:tc>
      </w:tr>
    </w:tbl>
    <w:p w14:paraId="223D6C3E" w14:textId="77777777" w:rsidR="000B6339" w:rsidRDefault="000B6339"/>
    <w:tbl>
      <w:tblPr>
        <w:tblW w:w="0" w:type="auto"/>
        <w:tblLook w:val="04A0" w:firstRow="1" w:lastRow="0" w:firstColumn="1" w:lastColumn="0" w:noHBand="0" w:noVBand="1"/>
      </w:tblPr>
      <w:tblGrid>
        <w:gridCol w:w="3840"/>
        <w:gridCol w:w="3840"/>
        <w:gridCol w:w="3840"/>
      </w:tblGrid>
      <w:tr w:rsidR="000B6339" w14:paraId="077423FE" w14:textId="77777777">
        <w:tc>
          <w:tcPr>
            <w:tcW w:w="11520" w:type="dxa"/>
            <w:gridSpan w:val="3"/>
            <w:shd w:val="clear" w:color="auto" w:fill="2ECC71"/>
          </w:tcPr>
          <w:p w14:paraId="296E4C5C" w14:textId="77777777" w:rsidR="000B6339" w:rsidRDefault="00650C4F">
            <w:pPr>
              <w:jc w:val="center"/>
            </w:pPr>
            <w:r>
              <w:rPr>
                <w:b/>
                <w:sz w:val="22"/>
              </w:rPr>
              <w:t>MÓDULO II</w:t>
            </w:r>
          </w:p>
        </w:tc>
      </w:tr>
      <w:tr w:rsidR="000B6339" w14:paraId="60DDAF15" w14:textId="77777777">
        <w:tblPrEx>
          <w:jc w:val="center"/>
        </w:tblPrEx>
        <w:trPr>
          <w:jc w:val="center"/>
        </w:trPr>
        <w:tc>
          <w:tcPr>
            <w:tcW w:w="3840" w:type="dxa"/>
            <w:shd w:val="clear" w:color="auto" w:fill="D9D9D9"/>
          </w:tcPr>
          <w:p w14:paraId="0D956E17" w14:textId="77777777" w:rsidR="000B6339" w:rsidRDefault="00650C4F">
            <w:r>
              <w:rPr>
                <w:b/>
              </w:rPr>
              <w:t>Materia</w:t>
            </w:r>
          </w:p>
        </w:tc>
        <w:tc>
          <w:tcPr>
            <w:tcW w:w="3840" w:type="dxa"/>
            <w:shd w:val="clear" w:color="auto" w:fill="D9D9D9"/>
          </w:tcPr>
          <w:p w14:paraId="38AD1F47" w14:textId="77777777" w:rsidR="000B6339" w:rsidRDefault="00650C4F">
            <w:r>
              <w:rPr>
                <w:b/>
              </w:rPr>
              <w:t>Libro/Apuntes</w:t>
            </w:r>
          </w:p>
        </w:tc>
        <w:tc>
          <w:tcPr>
            <w:tcW w:w="3840" w:type="dxa"/>
            <w:shd w:val="clear" w:color="auto" w:fill="D9D9D9"/>
          </w:tcPr>
          <w:p w14:paraId="6495C61A" w14:textId="77777777" w:rsidR="000B6339" w:rsidRDefault="00650C4F">
            <w:r>
              <w:rPr>
                <w:b/>
              </w:rPr>
              <w:t>Recursos</w:t>
            </w:r>
          </w:p>
        </w:tc>
      </w:tr>
      <w:tr w:rsidR="000B6339" w14:paraId="2ABB5727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33929817" w14:textId="77777777" w:rsidR="000B6339" w:rsidRDefault="00650C4F">
            <w:r>
              <w:rPr>
                <w:b/>
              </w:rPr>
              <w:t>CITE</w:t>
            </w:r>
          </w:p>
        </w:tc>
        <w:tc>
          <w:tcPr>
            <w:tcW w:w="3840" w:type="dxa"/>
          </w:tcPr>
          <w:p w14:paraId="19E16D92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78352AE4" w14:textId="77777777" w:rsidR="000B6339" w:rsidRDefault="00650C4F">
            <w:r>
              <w:t>Aula Virtual</w:t>
            </w:r>
          </w:p>
        </w:tc>
      </w:tr>
      <w:tr w:rsidR="000B6339" w14:paraId="4512F280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700B436A" w14:textId="77777777" w:rsidR="000B6339" w:rsidRDefault="00650C4F">
            <w:r>
              <w:rPr>
                <w:b/>
              </w:rPr>
              <w:t>Comunicación</w:t>
            </w:r>
          </w:p>
        </w:tc>
        <w:tc>
          <w:tcPr>
            <w:tcW w:w="3840" w:type="dxa"/>
          </w:tcPr>
          <w:p w14:paraId="7B2627F3" w14:textId="77777777" w:rsidR="000B6339" w:rsidRDefault="00650C4F">
            <w:r>
              <w:t>Libro de texto</w:t>
            </w:r>
          </w:p>
        </w:tc>
        <w:tc>
          <w:tcPr>
            <w:tcW w:w="3840" w:type="dxa"/>
          </w:tcPr>
          <w:p w14:paraId="01D78B98" w14:textId="77777777" w:rsidR="000B6339" w:rsidRDefault="00650C4F">
            <w:r>
              <w:t>Aula Virtual</w:t>
            </w:r>
          </w:p>
        </w:tc>
      </w:tr>
      <w:tr w:rsidR="000B6339" w14:paraId="28A91708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02EDFFC2" w14:textId="77777777" w:rsidR="000B6339" w:rsidRDefault="00650C4F">
            <w:r>
              <w:rPr>
                <w:b/>
              </w:rPr>
              <w:t>Social</w:t>
            </w:r>
          </w:p>
        </w:tc>
        <w:tc>
          <w:tcPr>
            <w:tcW w:w="3840" w:type="dxa"/>
          </w:tcPr>
          <w:p w14:paraId="7F796521" w14:textId="77777777" w:rsidR="000B6339" w:rsidRDefault="00650C4F">
            <w:r>
              <w:t>Libro de texto</w:t>
            </w:r>
          </w:p>
        </w:tc>
        <w:tc>
          <w:tcPr>
            <w:tcW w:w="3840" w:type="dxa"/>
          </w:tcPr>
          <w:p w14:paraId="6F2990E8" w14:textId="77777777" w:rsidR="000B6339" w:rsidRDefault="00650C4F">
            <w:r>
              <w:t>Aula Virtual</w:t>
            </w:r>
          </w:p>
        </w:tc>
      </w:tr>
    </w:tbl>
    <w:p w14:paraId="79E56665" w14:textId="77777777" w:rsidR="000B6339" w:rsidRDefault="000B6339"/>
    <w:tbl>
      <w:tblPr>
        <w:tblW w:w="0" w:type="auto"/>
        <w:tblLook w:val="04A0" w:firstRow="1" w:lastRow="0" w:firstColumn="1" w:lastColumn="0" w:noHBand="0" w:noVBand="1"/>
      </w:tblPr>
      <w:tblGrid>
        <w:gridCol w:w="3840"/>
        <w:gridCol w:w="3840"/>
        <w:gridCol w:w="3840"/>
      </w:tblGrid>
      <w:tr w:rsidR="000B6339" w14:paraId="4A1892CE" w14:textId="77777777">
        <w:tc>
          <w:tcPr>
            <w:tcW w:w="11520" w:type="dxa"/>
            <w:gridSpan w:val="3"/>
            <w:shd w:val="clear" w:color="auto" w:fill="F28C28"/>
          </w:tcPr>
          <w:p w14:paraId="70961E62" w14:textId="77777777" w:rsidR="000B6339" w:rsidRDefault="00650C4F">
            <w:pPr>
              <w:jc w:val="center"/>
            </w:pPr>
            <w:r>
              <w:rPr>
                <w:b/>
                <w:sz w:val="22"/>
              </w:rPr>
              <w:t>MÓDULO III</w:t>
            </w:r>
          </w:p>
        </w:tc>
      </w:tr>
      <w:tr w:rsidR="000B6339" w14:paraId="6D972751" w14:textId="77777777">
        <w:tblPrEx>
          <w:jc w:val="center"/>
        </w:tblPrEx>
        <w:trPr>
          <w:jc w:val="center"/>
        </w:trPr>
        <w:tc>
          <w:tcPr>
            <w:tcW w:w="3840" w:type="dxa"/>
            <w:shd w:val="clear" w:color="auto" w:fill="D9D9D9"/>
          </w:tcPr>
          <w:p w14:paraId="2BC4D6C2" w14:textId="77777777" w:rsidR="000B6339" w:rsidRDefault="00650C4F">
            <w:r>
              <w:rPr>
                <w:b/>
              </w:rPr>
              <w:t>Materia</w:t>
            </w:r>
          </w:p>
        </w:tc>
        <w:tc>
          <w:tcPr>
            <w:tcW w:w="3840" w:type="dxa"/>
            <w:shd w:val="clear" w:color="auto" w:fill="D9D9D9"/>
          </w:tcPr>
          <w:p w14:paraId="396F95DC" w14:textId="77777777" w:rsidR="000B6339" w:rsidRDefault="00650C4F">
            <w:r>
              <w:rPr>
                <w:b/>
              </w:rPr>
              <w:t>Libro/Apuntes</w:t>
            </w:r>
          </w:p>
        </w:tc>
        <w:tc>
          <w:tcPr>
            <w:tcW w:w="3840" w:type="dxa"/>
            <w:shd w:val="clear" w:color="auto" w:fill="D9D9D9"/>
          </w:tcPr>
          <w:p w14:paraId="08D4FA68" w14:textId="77777777" w:rsidR="000B6339" w:rsidRDefault="00650C4F">
            <w:r>
              <w:rPr>
                <w:b/>
              </w:rPr>
              <w:t>Recursos</w:t>
            </w:r>
          </w:p>
        </w:tc>
      </w:tr>
      <w:tr w:rsidR="000B6339" w14:paraId="3756FA08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5ACC4FD3" w14:textId="77777777" w:rsidR="000B6339" w:rsidRDefault="00650C4F">
            <w:r>
              <w:rPr>
                <w:b/>
              </w:rPr>
              <w:t>CITE</w:t>
            </w:r>
          </w:p>
        </w:tc>
        <w:tc>
          <w:tcPr>
            <w:tcW w:w="3840" w:type="dxa"/>
          </w:tcPr>
          <w:p w14:paraId="6B1F462A" w14:textId="44D962CF" w:rsidR="000B6339" w:rsidRDefault="00651A24">
            <w:r>
              <w:t xml:space="preserve">Apuntes </w:t>
            </w:r>
          </w:p>
        </w:tc>
        <w:tc>
          <w:tcPr>
            <w:tcW w:w="3840" w:type="dxa"/>
          </w:tcPr>
          <w:p w14:paraId="29D3A468" w14:textId="4BD9F080" w:rsidR="000B6339" w:rsidRDefault="00651A24">
            <w:r>
              <w:t>Aula Virtual</w:t>
            </w:r>
          </w:p>
        </w:tc>
      </w:tr>
      <w:tr w:rsidR="000B6339" w14:paraId="2BC78D47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1EC2CCFD" w14:textId="77777777" w:rsidR="000B6339" w:rsidRDefault="00650C4F">
            <w:r>
              <w:rPr>
                <w:b/>
              </w:rPr>
              <w:t>Comunicación</w:t>
            </w:r>
          </w:p>
        </w:tc>
        <w:tc>
          <w:tcPr>
            <w:tcW w:w="3840" w:type="dxa"/>
          </w:tcPr>
          <w:p w14:paraId="323ED5B6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2F996BC1" w14:textId="77777777" w:rsidR="000B6339" w:rsidRDefault="00650C4F">
            <w:r>
              <w:t>Aula Virtual</w:t>
            </w:r>
          </w:p>
        </w:tc>
      </w:tr>
      <w:tr w:rsidR="000B6339" w14:paraId="7BA64D4C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21839F2E" w14:textId="77777777" w:rsidR="000B6339" w:rsidRDefault="00650C4F">
            <w:r>
              <w:rPr>
                <w:b/>
              </w:rPr>
              <w:t>Social</w:t>
            </w:r>
          </w:p>
        </w:tc>
        <w:tc>
          <w:tcPr>
            <w:tcW w:w="3840" w:type="dxa"/>
          </w:tcPr>
          <w:p w14:paraId="517E7F00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7CDB144A" w14:textId="77777777" w:rsidR="000B6339" w:rsidRDefault="00650C4F">
            <w:r>
              <w:t>Aula Virtual</w:t>
            </w:r>
          </w:p>
        </w:tc>
      </w:tr>
      <w:tr w:rsidR="000B6339" w14:paraId="2D8273DC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35F04489" w14:textId="77777777" w:rsidR="000B6339" w:rsidRDefault="00650C4F">
            <w:r>
              <w:rPr>
                <w:b/>
              </w:rPr>
              <w:t>TEC. I</w:t>
            </w:r>
          </w:p>
        </w:tc>
        <w:tc>
          <w:tcPr>
            <w:tcW w:w="3840" w:type="dxa"/>
          </w:tcPr>
          <w:p w14:paraId="5D821336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6227D77B" w14:textId="77777777" w:rsidR="000B6339" w:rsidRDefault="00650C4F">
            <w:r>
              <w:t>Aula Virtual</w:t>
            </w:r>
          </w:p>
        </w:tc>
      </w:tr>
      <w:tr w:rsidR="000B6339" w14:paraId="2689EB0A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00A3812A" w14:textId="77777777" w:rsidR="000B6339" w:rsidRDefault="00650C4F">
            <w:r>
              <w:rPr>
                <w:b/>
              </w:rPr>
              <w:t>ART. I</w:t>
            </w:r>
          </w:p>
        </w:tc>
        <w:tc>
          <w:tcPr>
            <w:tcW w:w="3840" w:type="dxa"/>
          </w:tcPr>
          <w:p w14:paraId="1B9ECB40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35E8296C" w14:textId="77777777" w:rsidR="000B6339" w:rsidRDefault="00650C4F">
            <w:r>
              <w:t>Aula Virtual</w:t>
            </w:r>
          </w:p>
        </w:tc>
      </w:tr>
    </w:tbl>
    <w:p w14:paraId="140AB5DA" w14:textId="77777777" w:rsidR="000B6339" w:rsidRDefault="000B6339"/>
    <w:tbl>
      <w:tblPr>
        <w:tblW w:w="0" w:type="auto"/>
        <w:tblLook w:val="04A0" w:firstRow="1" w:lastRow="0" w:firstColumn="1" w:lastColumn="0" w:noHBand="0" w:noVBand="1"/>
      </w:tblPr>
      <w:tblGrid>
        <w:gridCol w:w="3840"/>
        <w:gridCol w:w="3840"/>
        <w:gridCol w:w="3840"/>
      </w:tblGrid>
      <w:tr w:rsidR="000B6339" w14:paraId="68173EB4" w14:textId="77777777">
        <w:tc>
          <w:tcPr>
            <w:tcW w:w="11520" w:type="dxa"/>
            <w:gridSpan w:val="3"/>
            <w:shd w:val="clear" w:color="auto" w:fill="FAD02E"/>
          </w:tcPr>
          <w:p w14:paraId="79EF3027" w14:textId="77777777" w:rsidR="000B6339" w:rsidRDefault="00650C4F">
            <w:pPr>
              <w:jc w:val="center"/>
            </w:pPr>
            <w:r>
              <w:rPr>
                <w:b/>
                <w:sz w:val="22"/>
              </w:rPr>
              <w:t>MÓDULO IV</w:t>
            </w:r>
          </w:p>
        </w:tc>
      </w:tr>
      <w:tr w:rsidR="000B6339" w14:paraId="4C60B710" w14:textId="77777777">
        <w:tblPrEx>
          <w:jc w:val="center"/>
        </w:tblPrEx>
        <w:trPr>
          <w:jc w:val="center"/>
        </w:trPr>
        <w:tc>
          <w:tcPr>
            <w:tcW w:w="3840" w:type="dxa"/>
            <w:shd w:val="clear" w:color="auto" w:fill="D9D9D9"/>
          </w:tcPr>
          <w:p w14:paraId="5ECD6704" w14:textId="77777777" w:rsidR="000B6339" w:rsidRDefault="00650C4F">
            <w:r>
              <w:rPr>
                <w:b/>
              </w:rPr>
              <w:t>Materia</w:t>
            </w:r>
          </w:p>
        </w:tc>
        <w:tc>
          <w:tcPr>
            <w:tcW w:w="3840" w:type="dxa"/>
            <w:shd w:val="clear" w:color="auto" w:fill="D9D9D9"/>
          </w:tcPr>
          <w:p w14:paraId="08F5E650" w14:textId="77777777" w:rsidR="000B6339" w:rsidRDefault="00650C4F">
            <w:r>
              <w:rPr>
                <w:b/>
              </w:rPr>
              <w:t>Libro/Apuntes</w:t>
            </w:r>
          </w:p>
        </w:tc>
        <w:tc>
          <w:tcPr>
            <w:tcW w:w="3840" w:type="dxa"/>
            <w:shd w:val="clear" w:color="auto" w:fill="D9D9D9"/>
          </w:tcPr>
          <w:p w14:paraId="5C914714" w14:textId="77777777" w:rsidR="000B6339" w:rsidRDefault="00650C4F">
            <w:r>
              <w:rPr>
                <w:b/>
              </w:rPr>
              <w:t>Recursos</w:t>
            </w:r>
          </w:p>
        </w:tc>
      </w:tr>
      <w:tr w:rsidR="000B6339" w14:paraId="0315FE1A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355BB0C3" w14:textId="77777777" w:rsidR="000B6339" w:rsidRDefault="00650C4F">
            <w:r>
              <w:rPr>
                <w:b/>
              </w:rPr>
              <w:t>CITE</w:t>
            </w:r>
          </w:p>
        </w:tc>
        <w:tc>
          <w:tcPr>
            <w:tcW w:w="3840" w:type="dxa"/>
          </w:tcPr>
          <w:p w14:paraId="1998FB6A" w14:textId="0B59C94B" w:rsidR="000B6339" w:rsidRDefault="00651A24">
            <w:r>
              <w:t xml:space="preserve">Apuntes </w:t>
            </w:r>
          </w:p>
        </w:tc>
        <w:tc>
          <w:tcPr>
            <w:tcW w:w="3840" w:type="dxa"/>
          </w:tcPr>
          <w:p w14:paraId="1CF1CB6E" w14:textId="28020F49" w:rsidR="000B6339" w:rsidRDefault="00651A24">
            <w:r>
              <w:t>Aula Virtual</w:t>
            </w:r>
          </w:p>
        </w:tc>
      </w:tr>
      <w:tr w:rsidR="000B6339" w14:paraId="6AF0346C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7DC1D554" w14:textId="77777777" w:rsidR="000B6339" w:rsidRDefault="00650C4F">
            <w:r>
              <w:rPr>
                <w:b/>
              </w:rPr>
              <w:t>Comunicación</w:t>
            </w:r>
          </w:p>
        </w:tc>
        <w:tc>
          <w:tcPr>
            <w:tcW w:w="3840" w:type="dxa"/>
          </w:tcPr>
          <w:p w14:paraId="1021E5F7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7F7FF53D" w14:textId="77777777" w:rsidR="000B6339" w:rsidRDefault="00650C4F">
            <w:r>
              <w:t>Aula Virtual</w:t>
            </w:r>
          </w:p>
        </w:tc>
      </w:tr>
      <w:tr w:rsidR="000B6339" w14:paraId="421ABDAF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1C17F877" w14:textId="77777777" w:rsidR="000B6339" w:rsidRDefault="00650C4F">
            <w:r>
              <w:rPr>
                <w:b/>
              </w:rPr>
              <w:t>Social</w:t>
            </w:r>
          </w:p>
        </w:tc>
        <w:tc>
          <w:tcPr>
            <w:tcW w:w="3840" w:type="dxa"/>
          </w:tcPr>
          <w:p w14:paraId="5EA3AFFD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48A3770B" w14:textId="77777777" w:rsidR="000B6339" w:rsidRDefault="00650C4F">
            <w:r>
              <w:t>Aula Virtual</w:t>
            </w:r>
          </w:p>
        </w:tc>
      </w:tr>
      <w:tr w:rsidR="000B6339" w14:paraId="2AF2E995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16EBB081" w14:textId="77777777" w:rsidR="000B6339" w:rsidRDefault="00650C4F">
            <w:r>
              <w:rPr>
                <w:b/>
              </w:rPr>
              <w:t>TEC. II</w:t>
            </w:r>
          </w:p>
        </w:tc>
        <w:tc>
          <w:tcPr>
            <w:tcW w:w="3840" w:type="dxa"/>
          </w:tcPr>
          <w:p w14:paraId="6ADEF4BD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065FF97D" w14:textId="77777777" w:rsidR="000B6339" w:rsidRDefault="00650C4F">
            <w:r>
              <w:t>Aula Virtual</w:t>
            </w:r>
          </w:p>
        </w:tc>
      </w:tr>
      <w:tr w:rsidR="000B6339" w14:paraId="17F0A012" w14:textId="77777777">
        <w:tblPrEx>
          <w:jc w:val="center"/>
        </w:tblPrEx>
        <w:trPr>
          <w:jc w:val="center"/>
        </w:trPr>
        <w:tc>
          <w:tcPr>
            <w:tcW w:w="3840" w:type="dxa"/>
          </w:tcPr>
          <w:p w14:paraId="43F7C34F" w14:textId="77777777" w:rsidR="000B6339" w:rsidRDefault="00650C4F">
            <w:r>
              <w:rPr>
                <w:b/>
              </w:rPr>
              <w:t>ART. I</w:t>
            </w:r>
          </w:p>
        </w:tc>
        <w:tc>
          <w:tcPr>
            <w:tcW w:w="3840" w:type="dxa"/>
          </w:tcPr>
          <w:p w14:paraId="130C80CC" w14:textId="77777777" w:rsidR="000B6339" w:rsidRDefault="00650C4F">
            <w:r>
              <w:t>Apuntes</w:t>
            </w:r>
          </w:p>
        </w:tc>
        <w:tc>
          <w:tcPr>
            <w:tcW w:w="3840" w:type="dxa"/>
          </w:tcPr>
          <w:p w14:paraId="61B5D671" w14:textId="77777777" w:rsidR="000B6339" w:rsidRDefault="00650C4F">
            <w:r>
              <w:t>Aula Virtual</w:t>
            </w:r>
          </w:p>
        </w:tc>
      </w:tr>
    </w:tbl>
    <w:p w14:paraId="05397F0D" w14:textId="77777777" w:rsidR="000B6339" w:rsidRDefault="000B6339"/>
    <w:tbl>
      <w:tblPr>
        <w:tblW w:w="0" w:type="auto"/>
        <w:tblLook w:val="04A0" w:firstRow="1" w:lastRow="0" w:firstColumn="1" w:lastColumn="0" w:noHBand="0" w:noVBand="1"/>
      </w:tblPr>
      <w:tblGrid>
        <w:gridCol w:w="11520"/>
      </w:tblGrid>
      <w:tr w:rsidR="000B6339" w14:paraId="6957422E" w14:textId="77777777">
        <w:tc>
          <w:tcPr>
            <w:tcW w:w="11520" w:type="dxa"/>
            <w:shd w:val="clear" w:color="auto" w:fill="FFF2CC"/>
          </w:tcPr>
          <w:p w14:paraId="09CBC528" w14:textId="41A46131" w:rsidR="000B6339" w:rsidRDefault="00650C4F">
            <w:pPr>
              <w:jc w:val="center"/>
            </w:pPr>
            <w:r>
              <w:rPr>
                <w:b/>
              </w:rPr>
              <w:t>TAL Y COMO ESTABLECE LA NORMATIVA DE ADULTOS, E</w:t>
            </w:r>
            <w:r w:rsidR="000515EC">
              <w:rPr>
                <w:b/>
              </w:rPr>
              <w:t>L CURSO DE ESPAD COMENZARÁ CON UNA TUTORÍA COLECTIVA EN LA QUE SE INFORMARÁ AL ALUMNADO SOBRE ASPECTOS DIDÁCTICOS Y METODOLÓGICOS DE LA EDUCACIÓN A DISTANCIA, EL CALENDARIO DE TUTORÍAS Y LA ORGANIZACIÓN DE LAS ENSEÑANZAS: MATERIALES DIDÁCTICOS, TUTORÍAS, ASIGNACIÓN DE TUTORES Y EVALUACIÓN DEL APRENDIZAJE.</w:t>
            </w:r>
          </w:p>
        </w:tc>
      </w:tr>
    </w:tbl>
    <w:p w14:paraId="5392D6D2" w14:textId="77777777" w:rsidR="00650C4F" w:rsidRDefault="00650C4F"/>
    <w:sectPr w:rsidR="00650C4F" w:rsidSect="00034616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15EC"/>
    <w:rsid w:val="0006063C"/>
    <w:rsid w:val="000B6339"/>
    <w:rsid w:val="0015074B"/>
    <w:rsid w:val="00182E0E"/>
    <w:rsid w:val="0029639D"/>
    <w:rsid w:val="00326F90"/>
    <w:rsid w:val="00637904"/>
    <w:rsid w:val="00650C4F"/>
    <w:rsid w:val="00651A24"/>
    <w:rsid w:val="0086221A"/>
    <w:rsid w:val="009D518C"/>
    <w:rsid w:val="00A852E7"/>
    <w:rsid w:val="00AA1D8D"/>
    <w:rsid w:val="00B47730"/>
    <w:rsid w:val="00CB0664"/>
    <w:rsid w:val="00E434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5195E2"/>
  <w14:defaultImageDpi w14:val="300"/>
  <w15:docId w15:val="{354DDEEF-78E4-4CB7-A632-C166B1FED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sz w:val="18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MARIANO MARTIN INGELMO</cp:lastModifiedBy>
  <cp:revision>8</cp:revision>
  <dcterms:created xsi:type="dcterms:W3CDTF">2026-02-12T22:59:00Z</dcterms:created>
  <dcterms:modified xsi:type="dcterms:W3CDTF">2026-02-13T09:07:00Z</dcterms:modified>
  <cp:category/>
</cp:coreProperties>
</file>